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القراءة وفن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صابر محمود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القراءة/ المحاورة/ الخطاب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