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البنيوي للرواية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لعيوس غازي الجابري/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