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التشخيص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9789957246907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العصر العباسي الأول/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