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الشعر العربي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