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روائع من قصائد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سامر محي الدين امين/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