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حلقات التجريب في المسرح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فراس الريموني/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9789957326012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المسرح/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