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التجريد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عبد السميع الجندي/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