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النحو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نعمان عبد السميع متولي/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