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Réduction des endomorphismes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Mohamed Boucetta/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Cépaduès/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20*15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9782854287813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