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نوفمبر 1954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هشماوي/ 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الإستيطان/ الكفاح السياسي/ التجنيد/ نجم شمال إفريقيا/ التسليح/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