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التجارب النووية الفرنسية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 , 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00141133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التجارب النووية الفرنسية/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