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النظرية التوليدية التحويلية ومراحل تطورها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سارة عليوة/ قبايلي عبد الغاني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80030011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اللغة/ النظرية التشومسيكية/ المرحلة الكلاسيكية/ المرحلة النموذجية/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