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"إن" في سورة الإسراء دراسة سياقية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بوخميس/ مريم روابح/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تصنيف النواسخ/ كان وأخواتها/ الأحرف المشبهة بالفعل/ إن و أخواتها/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