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كة اللغوية بين علماء التراث واللسانيين 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ضاوية طباع/ عواطف قنيفي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نسان/ الملكة اللغوية/ ماهية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