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الأصوات في كتاب الخصائص لابن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رزيقة طورش/ دليلة قلاتي/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الصوت/ الصوت اللغوي/ الظاهرة الصوتية/ صفات الحروف/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