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التجديد في النظام الصرفي عند تمام حسان كتاب "اللغة العربية معناها "أنموذجا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نادية زيد الخير(مشرفا)/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الصرف/ اللغة العربية/ النحو/ التقسيم السباعي للكلم/ النظام الصرفي/ الدرس اللغوي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