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موسيقى الشعر في شعر محمود درويش دراسة صوتية دلالية -برقية من السجن-انموذجا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بوالشعير كلثوم/ مرحوم صابرينة/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الموسيقى الشعرية/ النبر/ التنغيم/ الايقاع/ المقطع/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