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المضارعة , واعتلالها في سورة الليل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زغمار/ عبلة مريزق/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سورة الليل/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