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دلالة لفظ الرجل في القرآن الكريم دراسة دلالية لغوية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فجرية لكنوش/ كنزة صيفون/ مسيلي وردة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80032911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النص القرآني/ آليات التأويل/ فقه النص/ القواعد الأصولية/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