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نقدية أسطورية لقصيدة "يا امراة من ورق التوت" لعبد الله حمادي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رقية بوحناش/ سارة بوشارب/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الأدب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