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الإصلاحيين في الجزائر الطيب العقبي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حنان لعموري/ زينب حيمر/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الثقافة الإسلامية/ التناص/ التراث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