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شعر محمود درويش قصيدة - مديح الظل العالي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صورية زواغي/ صورية بوجردة/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السيميائية/ الرمز/ محمود درويش/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