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في القرآن الكريم سورة النمل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الزهرة نعمون/ نجاة بلبكاي/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القرآني/ الصورة الفنية/ سورة النمل/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