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التكرار في تأسيس مفهوم التوحيد , دراسة دلالية لغوية سورة الرحمن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مريم مغلاوي/ نجاة ربوح/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الدلالة/ القرآن الكريم/ التكرار/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