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ظاهرة الحذف بين النحاة واللسانيين  بين سيبويه وتشومسكي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حورية شلي/ فطيمة زنتوت/ قبايلي عبد الغاني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80031611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الحذف/ النظرية اللغوية/ النظرية التوليدية/ النظرية اللغوية العربية/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