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المكان في رواية "التبر " لإبراهيم الكوني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حياة بوعدة/ بسمة عميرة/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الرواية/ المكان/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