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الصورة الشعرية وأنماطها في معلقة امرئ القيس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أحلام بودرع/ سارة مريخي/ بوزيدي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80037011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النقد القديم/ الصورة الشعرية/ الصورة التشبيهية/ الصورة الاستعارية/ الكناية/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