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 في كتاب شعراء "الجزائر في العصر الحاضر " الجزء الثاني دراسة إحصائية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أسماء/ عراق أمنة/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القصيدة/ شعراء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