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الإيقاع والحوار المسرحي في مسرحية " مصرع كليوباترا 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كرباش أمال/ بونشادة نبيلة (مشرفا)/ بن سي عليوة عرجونة/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80035311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المسرحية/ الايقاع/ المسرح الشعري/ الحوار المسرحي/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27/05/2026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