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إشكالات تعليم القواعد في الطور الابتدائي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رحمة/ بونحات حنان/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 العربية/ التعليمية/ القواعد النحوية/ التعليم الإبتدائي/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