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سورة الكهف دراسة نصية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زينب مساسط/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الخطاب/ النص/ التداولية/ اللسانيات الحديثة/ الاتساق/ الانسجام/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