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المعارضات عند محمود سامي البارودي دراسة موضوعية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خضراء قعسيس/ كريمة حيمر/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الصورة الشعرية/ الغزل/ المدح/ المعارضة/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