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الوطن في شعر محمد الأخضر السائحي " ديوان همسات وصرخات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كريوش/ فاطمة دقاس/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الشعر/ الاستعارة/ التشبيه/ الوطن/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