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سماح بوشردخ/ مريم بوشوكة/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الصوفية/ المرأة/ الرمز/ التصوف/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