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خفاجة الأندلسي قصيدة " الجبل " 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قدري نورة/ حمزاوي سلوى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انزياح/ الموسيقى الداخلية/ الموسيقى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