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مرزوقي أميرة/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اللغة/ الكلام/ البحث اللساني/ اللسان/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