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الذهني عند توفيق الحكيم مسرحية أهل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امحمد وسام/ بن الشيخ الحسين أسماء/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مسرح اللامعقول/ الأبعاد الذهنية/ التعادلية/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