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التاريخ في الرواية الجزائرية المعاصرة كتاب الأمير لواسيني الأعرج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هدى كنوش/ وفاء بوكفوس/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