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التجربة الصوفية والغزلية عند الأمير عبد القادر الجزائري أم البنين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بوترعة أمال/ بوهناف خديجة/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المرأة/ الغزل/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