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القوة في الشعر الجزائري مفدي زكرياء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بشرى مريخي/ إيمان بوالعيش/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مفدي زكريا/ الشعر الجزائري/ الشعر الثوري/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