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ب الإضافي وتطبيقاته في سورة الأنعام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موساو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ماء/ الإض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