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كمة في العصر العباسي الثاني المتن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وش مفيدة/ خلاف شهرزاد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تنبي/ الحك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