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رواية الأشجار واغتيال مرزوق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خديجة لعشبي/ راوية حمادة/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التناص/ التضمين/ التوليد/ الاقتباس/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