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الصوتية لسورة الرحمن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بوقلع/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