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عند الجاحظ دراسة في الأسس المعرفية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غول حنان/ لعرابة فاطمة/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النظم/ المعنى/ اللفظ/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