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تأصيل الأمثال الشعبية بمنطقة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حميدة بوقجاني/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الشعبي/ الحكمة/ المثل/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