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التداولية في البلاغة العربية عبد القاهر الجرجاني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قريش صفاء/ بطاط منية/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