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الطبيعة في الشعر الجزائري الحديث المدرسة المحافظة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جهيدة مريخي/ أمنة بوقويسم/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الجزائري/ شعر الطبيعة/ شعراء المدرسة المحافظة/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