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في مسرحية " بجماليون " لتوفيق الحكيم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راضية دعماش/ حميدة بولكروش/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المسرحية/ المسرح/ الرمز/ المنهج السيميائي/ مستويات التشريح اللساني/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