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كتابة الأدبية عند مبارك المي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بيلة العطافي/ هاجر سقراط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تابة/ الإستعارة/ الإطناب/ الطباق/ الجنا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